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Thonburi" w:hAnsi="Thonburi"/>
          <w:b/>
          <w:sz w:val="38"/>
        </w:rPr>
        <w:t>หนังสือเชิญประชุมผู้ปกครอง</w:t>
      </w:r>
    </w:p>
    <w:p>
      <w:r>
        <w:t>ที่ ........................................................  โรงเรียน ........................................................</w:t>
      </w:r>
    </w:p>
    <w:p>
      <w:r>
        <w:t>วันที่ ........ เดือน ................................ พ.ศ. ............</w:t>
      </w:r>
    </w:p>
    <w:p>
      <w:r>
        <w:t>เรื่อง ขอเชิญประชุมผู้ปกครองนักเรียน ภาคเรียนที่ 2</w:t>
      </w:r>
    </w:p>
    <w:p>
      <w:r>
        <w:t>เรียน ผู้ปกครองนักเรียนชั้น ........................................................</w:t>
      </w:r>
    </w:p>
    <w:p>
      <w:r>
        <w:t>ด้วยโรงเรียน ........................................................ กำหนดจัดประชุมผู้ปกครอง เพื่อแจ้งแนวทางการจัดการเรียนรู้และร่วมแลกเปลี่ยนแนวทางดูแลนักเรียน ในวัน ........ ที่ ........ เดือน .................... พ.ศ. ........ เวลา ........ ถึง ........ น. ณ ........................................................</w:t>
      </w:r>
    </w:p>
    <w:p>
      <w:r>
        <w:t>ในการนี้ โรงเรียนขอเรียนเชิญท่านเข้าร่วมประชุมตามวัน เวลา และสถานที่ดังกล่าว หากไม่สะดวกเข้าร่วม โปรดติดต่อ ........................................................ โทรศัพท์ ........................................................</w:t>
      </w:r>
    </w:p>
    <w:p>
      <w:r>
        <w:t>จึงเรียนมาเพื่อโปรดพิจารณาเข้าร่วมประชุม</w:t>
      </w:r>
    </w:p>
    <w:p>
      <w:r>
        <w:t>ขอแสดงความนับถือ</w:t>
      </w:r>
    </w:p>
    <w:p>
      <w:r>
        <w:t>ลงชื่อ ........................................................</w:t>
      </w:r>
    </w:p>
    <w:p>
      <w:r>
        <w:t>(........................................................)</w:t>
      </w:r>
    </w:p>
    <w:p>
      <w:r>
        <w:t>ตำแหน่ง ........................................................</w:t>
      </w:r>
    </w:p>
    <w:p>
      <w:r>
        <w:t>หมายเหตุ โปรดปรับรายละเอียดตามบริบทและรูปแบบหนังสือของสถานศึกษา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onburi" w:hAnsi="Thonburi" w:eastAsia="Thonburi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onburi" w:hAnsi="Thonburi" w:eastAsia="Thonburi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