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Thonburi" w:hAnsi="Thonburi"/>
          <w:b/>
          <w:sz w:val="38"/>
        </w:rPr>
        <w:t>ใบลงทะเบียนประชุมผู้ปกครอง</w:t>
      </w:r>
    </w:p>
    <w:p>
      <w:r>
        <w:t>โรงเรียน ........................................................ วันที่ ........................................................</w:t>
      </w:r>
    </w:p>
    <w:p>
      <w:r>
        <w:t>ชั้น ................ ห้อง ................ ครูผู้รับผิดชอบ ........................................................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624"/>
          </w:tcPr>
          <w:p>
            <w:r>
              <w:rPr>
                <w:sz w:val="24"/>
              </w:rPr>
              <w:t>ลำดับ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  <w:t>ชื่อผู้เข้าประชุม</w:t>
            </w:r>
          </w:p>
        </w:tc>
        <w:tc>
          <w:tcPr>
            <w:tcW w:type="dxa" w:w="2948"/>
          </w:tcPr>
          <w:p>
            <w:r>
              <w:rPr>
                <w:sz w:val="24"/>
              </w:rPr>
              <w:t>ชื่อนักเรียน / ชั้น</w:t>
            </w:r>
          </w:p>
        </w:tc>
        <w:tc>
          <w:tcPr>
            <w:tcW w:type="dxa" w:w="2778"/>
          </w:tcPr>
          <w:p>
            <w:r>
              <w:rPr>
                <w:sz w:val="24"/>
              </w:rPr>
              <w:t>ลายมือชื่อ</w:t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4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5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6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7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8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9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10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11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  <w:tr>
        <w:trPr>
          <w:trHeight w:val="488" w:hRule="atLeast"/>
        </w:trPr>
        <w:tc>
          <w:tcPr>
            <w:tcW w:type="dxa" w:w="624"/>
          </w:tcPr>
          <w:p>
            <w:r>
              <w:rPr>
                <w:sz w:val="24"/>
              </w:rPr>
              <w:t>12</w:t>
            </w:r>
          </w:p>
        </w:tc>
        <w:tc>
          <w:tcPr>
            <w:tcW w:type="dxa" w:w="3005"/>
          </w:tcPr>
          <w:p>
            <w:r>
              <w:rPr>
                <w:sz w:val="24"/>
              </w:rPr>
            </w:r>
          </w:p>
        </w:tc>
        <w:tc>
          <w:tcPr>
            <w:tcW w:type="dxa" w:w="2948"/>
          </w:tcPr>
          <w:p>
            <w:r>
              <w:rPr>
                <w:sz w:val="24"/>
              </w:rPr>
            </w:r>
          </w:p>
        </w:tc>
        <w:tc>
          <w:tcPr>
            <w:tcW w:type="dxa" w:w="2778"/>
          </w:tcPr>
          <w:p>
            <w:r>
              <w:rPr>
                <w:sz w:val="24"/>
              </w:rPr>
            </w:r>
          </w:p>
        </w:tc>
      </w:tr>
    </w:tbl>
    <w:p>
      <w:r>
        <w:t>รวมผู้เข้าประชุม ................ คน    ผู้ตรวจสอบ ........................................................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onburi" w:hAnsi="Thonburi" w:eastAsia="Thonburi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onburi" w:hAnsi="Thonburi" w:eastAsia="Thonbu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