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 w:after="280" w:line="300" w:lineRule="auto"/>
        <w:jc w:val="center"/>
      </w:pPr>
      <w:r>
        <w:rPr>
          <w:rFonts w:ascii="Sarabun" w:hAnsi="Sarabun" w:eastAsia="Sarabun" w:cs="Sarabun"/>
          <w:b/>
          <w:sz w:val="40"/>
          <w:cs/>
        </w:rPr>
        <w:t>รายงาน</w:t>
      </w:r>
    </w:p>
    <w:p>
      <w:pPr>
        <w:pStyle w:val="Title"/>
        <w:spacing w:before="0" w:after="1100" w:line="300" w:lineRule="auto"/>
        <w:jc w:val="center"/>
      </w:pPr>
      <w:r>
        <w:rPr>
          <w:rFonts w:ascii="Sarabun" w:hAnsi="Sarabun" w:eastAsia="Sarabun" w:cs="Sarabun"/>
          <w:b/>
          <w:sz w:val="48"/>
          <w:cs/>
        </w:rPr>
        <w:t>[ชื่อเรื่องรายงาน]</w:t>
      </w:r>
    </w:p>
    <w:p>
      <w:pPr>
        <w:spacing w:before="0" w:after="240" w:line="300" w:lineRule="auto"/>
        <w:jc w:val="center"/>
      </w:pPr>
      <w:r>
        <w:rPr>
          <w:rFonts w:ascii="Sarabun" w:hAnsi="Sarabun" w:eastAsia="Sarabun" w:cs="Sarabun"/>
          <w:b/>
          <w:sz w:val="36"/>
          <w:cs/>
        </w:rPr>
        <w:t>จัดทำโดย</w:t>
      </w:r>
    </w:p>
    <w:p>
      <w:pPr>
        <w:spacing w:before="0" w:after="240" w:line="300" w:lineRule="auto"/>
        <w:jc w:val="center"/>
      </w:pPr>
      <w:r>
        <w:rPr>
          <w:rFonts w:ascii="Sarabun" w:hAnsi="Sarabun" w:eastAsia="Sarabun" w:cs="Sarabun"/>
          <w:b w:val="0"/>
          <w:sz w:val="36"/>
          <w:cs/>
        </w:rPr>
        <w:t>[ชื่อและนามสกุล]</w:t>
      </w:r>
    </w:p>
    <w:p>
      <w:pPr>
        <w:spacing w:before="0" w:after="960" w:line="300" w:lineRule="auto"/>
        <w:jc w:val="center"/>
      </w:pPr>
      <w:r>
        <w:rPr>
          <w:rFonts w:ascii="Sarabun" w:hAnsi="Sarabun" w:eastAsia="Sarabun" w:cs="Sarabun"/>
          <w:b w:val="0"/>
          <w:sz w:val="36"/>
          <w:cs/>
        </w:rPr>
        <w:t>ชั้น [ชั้นเรียน] เลขที่ [เลขที่]</w:t>
      </w:r>
    </w:p>
    <w:p>
      <w:pPr>
        <w:spacing w:before="0" w:after="240" w:line="300" w:lineRule="auto"/>
        <w:jc w:val="center"/>
      </w:pPr>
      <w:r>
        <w:rPr>
          <w:rFonts w:ascii="Sarabun" w:hAnsi="Sarabun" w:eastAsia="Sarabun" w:cs="Sarabun"/>
          <w:b/>
          <w:sz w:val="36"/>
          <w:cs/>
        </w:rPr>
        <w:t>เสนอ</w:t>
      </w:r>
    </w:p>
    <w:p>
      <w:pPr>
        <w:spacing w:before="0" w:after="1000" w:line="300" w:lineRule="auto"/>
        <w:jc w:val="center"/>
      </w:pPr>
      <w:r>
        <w:rPr>
          <w:rFonts w:ascii="Sarabun" w:hAnsi="Sarabun" w:eastAsia="Sarabun" w:cs="Sarabun"/>
          <w:b w:val="0"/>
          <w:sz w:val="36"/>
          <w:cs/>
        </w:rPr>
        <w:t>[ชื่อครูผู้สอน]</w:t>
      </w:r>
    </w:p>
    <w:p>
      <w:pPr>
        <w:spacing w:before="0" w:after="200" w:line="300" w:lineRule="auto"/>
        <w:jc w:val="center"/>
      </w:pPr>
      <w:r>
        <w:rPr>
          <w:rFonts w:ascii="Sarabun" w:hAnsi="Sarabun" w:eastAsia="Sarabun" w:cs="Sarabun"/>
          <w:b w:val="0"/>
          <w:sz w:val="36"/>
          <w:cs/>
        </w:rPr>
        <w:t>รายงานนี้เป็นส่วนหนึ่งของรายวิชา [ชื่อวิชา]</w:t>
      </w:r>
    </w:p>
    <w:p>
      <w:pPr>
        <w:spacing w:before="0" w:after="200" w:line="300" w:lineRule="auto"/>
        <w:jc w:val="center"/>
      </w:pPr>
      <w:r>
        <w:rPr>
          <w:rFonts w:ascii="Sarabun" w:hAnsi="Sarabun" w:eastAsia="Sarabun" w:cs="Sarabun"/>
          <w:b w:val="0"/>
          <w:sz w:val="36"/>
          <w:cs/>
        </w:rPr>
        <w:t>รหัสวิชา [รหัสวิชา]</w:t>
      </w:r>
    </w:p>
    <w:p>
      <w:pPr>
        <w:spacing w:before="0" w:after="360" w:line="300" w:lineRule="auto"/>
        <w:jc w:val="center"/>
      </w:pPr>
      <w:r>
        <w:rPr>
          <w:rFonts w:ascii="Sarabun" w:hAnsi="Sarabun" w:eastAsia="Sarabun" w:cs="Sarabun"/>
          <w:b w:val="0"/>
          <w:sz w:val="36"/>
          <w:cs/>
        </w:rPr>
        <w:t>ภาคเรียนที่ [ภาคเรียน] ปีการศึกษา [ปีการศึกษา]</w:t>
      </w:r>
    </w:p>
    <w:p>
      <w:pPr>
        <w:spacing w:before="0" w:after="0" w:line="300" w:lineRule="auto"/>
        <w:jc w:val="center"/>
      </w:pPr>
      <w:r>
        <w:rPr>
          <w:rFonts w:ascii="Sarabun" w:hAnsi="Sarabun" w:eastAsia="Sarabun" w:cs="Sarabun"/>
          <w:b/>
          <w:sz w:val="36"/>
          <w:cs/>
        </w:rPr>
        <w:t>[ชื่อโรงเรียน]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arabun" w:hAnsi="Sarabun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ปกรายงานสำหรับนักเรียนแก้ไขได้</dc:title>
  <dc:subject>แม่แบบหน้าปกรายงาน A4 สำหรับงานส่งครู</dc:subject>
  <dc:creator>ครูเชียงราย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