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2948" w:val="left"/>
        </w:tabs>
      </w:pPr>
      <w:r>
        <w:rPr>
          <w:szCs w:val="32"/>
        </w:rPr>
        <w:drawing>
          <wp:inline xmlns:a="http://schemas.openxmlformats.org/drawingml/2006/main" xmlns:pic="http://schemas.openxmlformats.org/drawingml/2006/picture">
            <wp:extent cx="507241" cy="5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241" cy="54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sz w:val="58"/>
          <w:szCs w:val="58"/>
          <w:bCs/>
        </w:rPr>
        <w:tab/>
        <w:t>บันทึกข้อความ</w:t>
      </w:r>
    </w:p>
    <w:p>
      <w:pPr>
        <w:spacing w:after="100"/>
      </w:pPr>
      <w:r>
        <w:rPr>
          <w:b/>
          <w:szCs w:val="32"/>
          <w:bCs/>
        </w:rPr>
        <w:t>ส่วนราชการ  [ชื่อหน่วยงาน / โรงเรียน และข้อมูลติดต่อ]</w:t>
      </w:r>
    </w:p>
    <w:p>
      <w:pPr>
        <w:spacing w:after="100"/>
      </w:pPr>
      <w:r>
        <w:rPr>
          <w:b w:val="0"/>
          <w:szCs w:val="32"/>
        </w:rPr>
        <w:t>ที่  [เลขที่หนังสือ]                         วันที่  [วัน เดือน ปี]</w:t>
      </w:r>
    </w:p>
    <w:p>
      <w:pPr>
        <w:spacing w:after="100"/>
      </w:pPr>
      <w:r>
        <w:rPr>
          <w:b w:val="0"/>
          <w:szCs w:val="32"/>
        </w:rPr>
        <w:t>เรื่อง  [ระบุเรื่อง]</w:t>
      </w:r>
    </w:p>
    <w:p>
      <w:pPr>
        <w:spacing w:after="100"/>
      </w:pPr>
      <w:r>
        <w:rPr>
          <w:b w:val="0"/>
          <w:szCs w:val="32"/>
        </w:rPr>
        <w:t>เรียน  [ตำแหน่งผู้รับหนังสือ]</w:t>
      </w:r>
    </w:p>
    <w:p>
      <w:pPr>
        <w:spacing w:after="100"/>
      </w:pPr>
      <w:r>
        <w:rPr>
          <w:b w:val="0"/>
          <w:szCs w:val="32"/>
        </w:rPr>
        <w:t>[ระบุที่มา เหตุผล หรือข้อเท็จจริงของเรื่อง]</w:t>
      </w:r>
    </w:p>
    <w:p>
      <w:pPr>
        <w:spacing w:after="100"/>
      </w:pPr>
      <w:r>
        <w:rPr>
          <w:b w:val="0"/>
          <w:szCs w:val="32"/>
        </w:rPr>
        <w:t>[ระบุรายละเอียดและข้อมูลประกอบที่จำเป็น]</w:t>
      </w:r>
    </w:p>
    <w:p>
      <w:pPr>
        <w:spacing w:after="100"/>
      </w:pPr>
      <w:r>
        <w:rPr>
          <w:b w:val="0"/>
          <w:szCs w:val="32"/>
        </w:rPr>
        <w:t>[ระบุข้อเสนอหรือสิ่งที่ต้องการให้ผู้รับพิจารณา]</w:t>
      </w:r>
    </w:p>
    <w:p>
      <w:pPr>
        <w:spacing w:after="100"/>
      </w:pPr>
      <w:r>
        <w:rPr>
          <w:b w:val="0"/>
          <w:szCs w:val="32"/>
        </w:rPr>
        <w:t>จึงเรียนมาเพื่อ [ระบุวัตถุประสงค์]</w:t>
      </w:r>
    </w:p>
    <w:p>
      <w:pPr>
        <w:keepLines/>
        <w:spacing w:after="100"/>
        <w:jc w:val="right"/>
      </w:pPr>
      <w:r>
        <w:rPr>
          <w:b w:val="0"/>
          <w:szCs w:val="32"/>
        </w:rPr>
        <w:br/>
        <w:t>(ลงชื่อ) ........................................................</w:t>
        <w:br/>
        <w:t>([ชื่อ–นามสกุล])</w:t>
        <w:br/>
        <w:t>[ตำแหน่ง]</w:t>
      </w:r>
    </w:p>
    <w:sectPr w:rsidR="00FC693F" w:rsidRPr="0006063C" w:rsidSect="00034616"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H Sarabun New" w:hAnsi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 w:ascii="TH Sarabun New" w:hAnsi="TH Sarabun New" w:cs="TH Sarabun New"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แบบฟอร์มบันทึกข้อความเปล่า</dc:title>
  <dc:subject/>
  <dc:creator>ครูเชียงราย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