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Noto Serif Thai" w:hAnsi="Noto Serif Thai" w:eastAsia="Noto Serif Thai" w:cs="Noto Serif Thai"/>
          <w:b/>
          <w:sz w:val="38"/>
        </w:rPr>
        <w:t>บันทึกข้อความ</w:t>
      </w:r>
    </w:p>
    <w:p>
      <w:pPr>
        <w:spacing w:before="0" w:after="0" w:line="240" w:lineRule="auto"/>
      </w:pPr>
      <w:r>
        <w:rPr>
          <w:rFonts w:ascii="Noto Serif Thai" w:hAnsi="Noto Serif Thai" w:eastAsia="Noto Serif Thai" w:cs="Noto Serif Thai"/>
          <w:b/>
          <w:sz w:val="30"/>
        </w:rPr>
        <w:t xml:space="preserve">ส่วนราชการ  </w:t>
      </w:r>
      <w:r>
        <w:rPr>
          <w:rFonts w:ascii="Noto Serif Thai" w:hAnsi="Noto Serif Thai" w:eastAsia="Noto Serif Thai" w:cs="Noto Serif Thai"/>
          <w:b w:val="0"/>
          <w:sz w:val="30"/>
        </w:rPr>
        <w:t>โรงเรียน.................................................................... สังกัด............................................................</w:t>
      </w:r>
    </w:p>
    <w:p>
      <w:pPr>
        <w:spacing w:before="0" w:after="0" w:line="240" w:lineRule="auto"/>
      </w:pPr>
      <w:r>
        <w:rPr>
          <w:rFonts w:ascii="Noto Serif Thai" w:hAnsi="Noto Serif Thai" w:eastAsia="Noto Serif Thai" w:cs="Noto Serif Thai"/>
          <w:b/>
          <w:sz w:val="30"/>
        </w:rPr>
        <w:t xml:space="preserve">ที่  </w:t>
      </w:r>
      <w:r>
        <w:rPr>
          <w:rFonts w:ascii="Noto Serif Thai" w:hAnsi="Noto Serif Thai" w:eastAsia="Noto Serif Thai" w:cs="Noto Serif Thai"/>
          <w:b w:val="0"/>
          <w:sz w:val="30"/>
        </w:rPr>
        <w:t>ศธ .............................................    วันที่ ............ เดือน ............................ พ.ศ. .....................</w:t>
      </w:r>
    </w:p>
    <w:p>
      <w:pPr>
        <w:spacing w:before="0" w:after="0" w:line="240" w:lineRule="auto"/>
      </w:pPr>
      <w:r>
        <w:rPr>
          <w:rFonts w:ascii="Noto Serif Thai" w:hAnsi="Noto Serif Thai" w:eastAsia="Noto Serif Thai" w:cs="Noto Serif Thai"/>
          <w:b/>
          <w:sz w:val="30"/>
        </w:rPr>
        <w:t xml:space="preserve">เรื่อง  </w:t>
      </w:r>
      <w:r>
        <w:rPr>
          <w:rFonts w:ascii="Noto Serif Thai" w:hAnsi="Noto Serif Thai" w:eastAsia="Noto Serif Thai" w:cs="Noto Serif Thai"/>
          <w:b w:val="0"/>
          <w:sz w:val="30"/>
        </w:rPr>
        <w:t>ขอส่งเอกสารเพิ่มเติมประกอบคำร้องขอย้ายข้าราชการครูและบุคลากรทางการศึกษา ตำแหน่งครู</w:t>
      </w:r>
    </w:p>
    <w:p>
      <w:pPr>
        <w:spacing w:before="0" w:after="0" w:line="240" w:lineRule="auto"/>
      </w:pPr>
      <w:r>
        <w:rPr>
          <w:rFonts w:ascii="Noto Serif Thai" w:hAnsi="Noto Serif Thai" w:eastAsia="Noto Serif Thai" w:cs="Noto Serif Thai"/>
          <w:b/>
          <w:sz w:val="30"/>
        </w:rPr>
        <w:t xml:space="preserve">เรียน  </w:t>
      </w:r>
      <w:r>
        <w:rPr>
          <w:rFonts w:ascii="Noto Serif Thai" w:hAnsi="Noto Serif Thai" w:eastAsia="Noto Serif Thai" w:cs="Noto Serif Thai"/>
          <w:b w:val="0"/>
          <w:sz w:val="30"/>
        </w:rPr>
        <w:t>ผู้อำนวยการสำนักงานเขตพื้นที่การศึกษา............................................................</w:t>
      </w:r>
    </w:p>
    <w:p>
      <w:pPr>
        <w:spacing w:before="0" w:after="40" w:line="240" w:lineRule="auto"/>
        <w:ind w:left="709"/>
      </w:pPr>
      <w:r>
        <w:rPr>
          <w:rFonts w:ascii="Noto Serif Thai" w:hAnsi="Noto Serif Thai" w:eastAsia="Noto Serif Thai" w:cs="Noto Serif Thai"/>
          <w:b w:val="0"/>
          <w:sz w:val="30"/>
        </w:rPr>
        <w:t>(ผ่านผู้อำนวยการโรงเรียน............................................................)</w:t>
      </w:r>
    </w:p>
    <w:p>
      <w:pPr>
        <w:spacing w:before="0" w:after="40" w:line="252" w:lineRule="auto"/>
        <w:ind w:firstLine="709"/>
      </w:pPr>
      <w:r>
        <w:rPr>
          <w:rFonts w:ascii="Noto Serif Thai" w:hAnsi="Noto Serif Thai" w:eastAsia="Noto Serif Thai" w:cs="Noto Serif Thai"/>
          <w:b w:val="0"/>
          <w:sz w:val="30"/>
        </w:rPr>
        <w:t>ตามที่ ข้าพเจ้า ................................................................ ตำแหน่งครู โรงเรียน................................................... สังกัดสำนักงานเขตพื้นที่การศึกษา................................................... ได้ยื่นคำร้องขอย้ายข้าราชการครูและบุคลากรทางการศึกษา ตำแหน่งครู (กรณีปกติ) ประจำปี พ.ศ. ............. ไปแล้วนั้น</w:t>
      </w:r>
    </w:p>
    <w:p>
      <w:pPr>
        <w:spacing w:before="0" w:after="40" w:line="252" w:lineRule="auto"/>
        <w:ind w:firstLine="709"/>
      </w:pPr>
      <w:r>
        <w:rPr>
          <w:rFonts w:ascii="Noto Serif Thai" w:hAnsi="Noto Serif Thai" w:eastAsia="Noto Serif Thai" w:cs="Noto Serif Thai"/>
          <w:b w:val="0"/>
          <w:sz w:val="30"/>
        </w:rPr>
        <w:t>ในการนี้ เพื่อให้เอกสารประกอบการพิจารณาประเมินตามองค์ประกอบตัวชี้วัดการย้ายเป็นไปด้วยความถูกต้องและครบถ้วนสมบูรณ์ยิ่งขึ้น ข้าพเจ้ามีความประสงค์ขอส่งเอกสารหลักฐานเพิ่มเติม เพื่อนำไปประกอบการพิจารณาขอย้ายเพิ่มเติม ดังรายการต่อไปนี้</w:t>
      </w:r>
    </w:p>
    <w:p>
      <w:pPr>
        <w:spacing w:before="0" w:after="0" w:line="240" w:lineRule="auto"/>
        <w:ind w:left="709"/>
      </w:pPr>
      <w:r>
        <w:rPr>
          <w:rFonts w:ascii="Noto Serif Thai" w:hAnsi="Noto Serif Thai" w:eastAsia="Noto Serif Thai" w:cs="Noto Serif Thai"/>
          <w:b w:val="0"/>
          <w:sz w:val="30"/>
        </w:rPr>
        <w:t>1. .................................................................................................. จำนวน .......... ชุด</w:t>
      </w:r>
    </w:p>
    <w:p>
      <w:pPr>
        <w:spacing w:before="0" w:after="0" w:line="240" w:lineRule="auto"/>
        <w:ind w:left="709"/>
      </w:pPr>
      <w:r>
        <w:rPr>
          <w:rFonts w:ascii="Noto Serif Thai" w:hAnsi="Noto Serif Thai" w:eastAsia="Noto Serif Thai" w:cs="Noto Serif Thai"/>
          <w:b w:val="0"/>
          <w:sz w:val="30"/>
        </w:rPr>
        <w:t>2. .................................................................................................. จำนวน .......... ชุด</w:t>
      </w:r>
    </w:p>
    <w:p>
      <w:pPr>
        <w:spacing w:before="0" w:after="0" w:line="240" w:lineRule="auto"/>
        <w:ind w:left="709"/>
      </w:pPr>
      <w:r>
        <w:rPr>
          <w:rFonts w:ascii="Noto Serif Thai" w:hAnsi="Noto Serif Thai" w:eastAsia="Noto Serif Thai" w:cs="Noto Serif Thai"/>
          <w:b w:val="0"/>
          <w:sz w:val="30"/>
        </w:rPr>
        <w:t>3. .................................................................................................. จำนวน .......... ชุด</w:t>
      </w:r>
    </w:p>
    <w:p>
      <w:pPr>
        <w:spacing w:before="0" w:after="120" w:line="252" w:lineRule="auto"/>
        <w:ind w:firstLine="709"/>
      </w:pPr>
      <w:r>
        <w:rPr>
          <w:rFonts w:ascii="Noto Serif Thai" w:hAnsi="Noto Serif Thai" w:eastAsia="Noto Serif Thai" w:cs="Noto Serif Thai"/>
          <w:b w:val="0"/>
          <w:sz w:val="30"/>
        </w:rPr>
        <w:t>จึงเรียนมาเพื่อโปรดพิจารณาและดำเนินการต่อไป</w:t>
      </w:r>
    </w:p>
    <w:p>
      <w:pPr>
        <w:spacing w:before="0" w:after="0" w:line="240" w:lineRule="auto"/>
        <w:ind w:left="4535"/>
        <w:jc w:val="center"/>
      </w:pPr>
      <w:r>
        <w:rPr>
          <w:rFonts w:ascii="Noto Serif Thai" w:hAnsi="Noto Serif Thai" w:eastAsia="Noto Serif Thai" w:cs="Noto Serif Thai"/>
          <w:sz w:val="30"/>
        </w:rPr>
        <w:t>(ลงชื่อ)....................................................</w:t>
      </w:r>
    </w:p>
    <w:p>
      <w:pPr>
        <w:spacing w:before="0" w:after="0" w:line="240" w:lineRule="auto"/>
        <w:ind w:left="4535"/>
        <w:jc w:val="center"/>
      </w:pPr>
      <w:r>
        <w:rPr>
          <w:rFonts w:ascii="Noto Serif Thai" w:hAnsi="Noto Serif Thai" w:eastAsia="Noto Serif Thai" w:cs="Noto Serif Thai"/>
          <w:sz w:val="30"/>
        </w:rPr>
        <w:t>(....................................................)</w:t>
      </w:r>
    </w:p>
    <w:p>
      <w:pPr>
        <w:spacing w:before="0" w:after="0" w:line="240" w:lineRule="auto"/>
        <w:ind w:left="4535"/>
        <w:jc w:val="center"/>
      </w:pPr>
      <w:r>
        <w:rPr>
          <w:rFonts w:ascii="Noto Serif Thai" w:hAnsi="Noto Serif Thai" w:eastAsia="Noto Serif Thai" w:cs="Noto Serif Thai"/>
          <w:sz w:val="30"/>
        </w:rPr>
        <w:t>ตำแหน่งครู โรงเรียน........................................</w:t>
      </w:r>
    </w:p>
    <w:sectPr w:rsidR="00FC693F" w:rsidRPr="0006063C" w:rsidSect="00034616">
      <w:pgSz w:w="12240" w:h="15840"/>
      <w:pgMar w:top="850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Thai" w:hAnsi="Noto Serif Thai" w:eastAsia="Noto Serif Thai" w:cs="Noto Serif Thai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 ขอส่งเอกสารเพิ่มเติมประกอบคำร้องขอย้ายครู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